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FBAE1" w14:textId="06D5D19D" w:rsidR="005C273A" w:rsidRPr="00C95A05" w:rsidRDefault="00014E3C" w:rsidP="00C61930">
      <w:pPr>
        <w:pStyle w:val="Ttulo2"/>
        <w:jc w:val="center"/>
        <w:rPr>
          <w:color w:val="990033"/>
          <w:sz w:val="36"/>
          <w:szCs w:val="36"/>
        </w:rPr>
      </w:pPr>
      <w:r>
        <w:rPr>
          <w:color w:val="990033"/>
          <w:sz w:val="36"/>
          <w:szCs w:val="36"/>
        </w:rPr>
        <w:t xml:space="preserve">Evidencias tutoriales </w:t>
      </w:r>
      <w:r w:rsidR="005970D4" w:rsidRPr="00C95A05">
        <w:rPr>
          <w:color w:val="990033"/>
          <w:sz w:val="36"/>
          <w:szCs w:val="36"/>
        </w:rPr>
        <w:t>26-2</w:t>
      </w:r>
    </w:p>
    <w:tbl>
      <w:tblPr>
        <w:tblStyle w:val="Tablaconcuadrcula"/>
        <w:tblW w:w="9305" w:type="dxa"/>
        <w:jc w:val="center"/>
        <w:tblLayout w:type="fixed"/>
        <w:tblLook w:val="04A0" w:firstRow="1" w:lastRow="0" w:firstColumn="1" w:lastColumn="0" w:noHBand="0" w:noVBand="1"/>
      </w:tblPr>
      <w:tblGrid>
        <w:gridCol w:w="2743"/>
        <w:gridCol w:w="2026"/>
        <w:gridCol w:w="951"/>
        <w:gridCol w:w="3585"/>
      </w:tblGrid>
      <w:tr w:rsidR="005970D4" w:rsidRPr="00C95A05" w14:paraId="4B9CD0C7" w14:textId="77777777" w:rsidTr="00A76B7F">
        <w:trPr>
          <w:jc w:val="center"/>
        </w:trPr>
        <w:tc>
          <w:tcPr>
            <w:tcW w:w="9305" w:type="dxa"/>
            <w:gridSpan w:val="4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386665B" w14:textId="77777777" w:rsidR="005970D4" w:rsidRPr="00C95A05" w:rsidRDefault="005970D4" w:rsidP="00E23892">
            <w:pPr>
              <w:rPr>
                <w:rFonts w:ascii="Noto Sans" w:hAnsi="Noto Sans" w:cs="Noto Sans"/>
                <w:bCs/>
              </w:rPr>
            </w:pPr>
            <w:r w:rsidRPr="00C95A05">
              <w:rPr>
                <w:rFonts w:ascii="Noto Sans" w:hAnsi="Noto Sans" w:cs="Noto Sans"/>
                <w:bCs/>
              </w:rPr>
              <w:t>Docente Tutora o Tutor:</w:t>
            </w:r>
            <w:r w:rsidR="00A76B7F" w:rsidRPr="00C95A05">
              <w:rPr>
                <w:rFonts w:ascii="Noto Sans" w:hAnsi="Noto Sans" w:cs="Noto Sans"/>
                <w:bCs/>
              </w:rPr>
              <w:t xml:space="preserve"> </w:t>
            </w:r>
          </w:p>
          <w:p w14:paraId="4D6C3793" w14:textId="6AD2476D" w:rsidR="00E23892" w:rsidRPr="00C95A05" w:rsidRDefault="00E23892" w:rsidP="00E23892">
            <w:pPr>
              <w:rPr>
                <w:rFonts w:ascii="Noto Sans" w:hAnsi="Noto Sans" w:cs="Noto Sans"/>
                <w:bCs/>
              </w:rPr>
            </w:pPr>
          </w:p>
        </w:tc>
      </w:tr>
      <w:tr w:rsidR="005970D4" w:rsidRPr="00C95A05" w14:paraId="4EDDE76C" w14:textId="77777777" w:rsidTr="00A76B7F">
        <w:trPr>
          <w:jc w:val="center"/>
        </w:trPr>
        <w:tc>
          <w:tcPr>
            <w:tcW w:w="4769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0FCF3DF0" w14:textId="58BC03D8" w:rsidR="005970D4" w:rsidRPr="00C95A05" w:rsidRDefault="005970D4" w:rsidP="005970D4">
            <w:pPr>
              <w:rPr>
                <w:rFonts w:ascii="Noto Sans" w:hAnsi="Noto Sans" w:cs="Noto Sans"/>
                <w:bCs/>
              </w:rPr>
            </w:pPr>
            <w:r w:rsidRPr="00C95A05">
              <w:rPr>
                <w:rFonts w:ascii="Noto Sans" w:hAnsi="Noto Sans" w:cs="Noto Sans"/>
                <w:bCs/>
              </w:rPr>
              <w:t xml:space="preserve">Semestre: </w:t>
            </w:r>
          </w:p>
          <w:p w14:paraId="645C8439" w14:textId="77777777" w:rsidR="005970D4" w:rsidRPr="00C95A05" w:rsidRDefault="005970D4">
            <w:pPr>
              <w:jc w:val="center"/>
              <w:rPr>
                <w:rFonts w:ascii="Noto Sans" w:hAnsi="Noto Sans" w:cs="Noto Sans"/>
                <w:bCs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48935B2" w14:textId="573F74CC" w:rsidR="005970D4" w:rsidRPr="00C95A05" w:rsidRDefault="005970D4" w:rsidP="005970D4">
            <w:pPr>
              <w:rPr>
                <w:rFonts w:ascii="Noto Sans" w:hAnsi="Noto Sans" w:cs="Noto Sans"/>
                <w:bCs/>
              </w:rPr>
            </w:pPr>
            <w:r w:rsidRPr="00C95A05">
              <w:rPr>
                <w:rFonts w:ascii="Noto Sans" w:hAnsi="Noto Sans" w:cs="Noto Sans"/>
                <w:bCs/>
              </w:rPr>
              <w:t>Grupo:</w:t>
            </w:r>
          </w:p>
        </w:tc>
      </w:tr>
      <w:tr w:rsidR="00C95A05" w:rsidRPr="00C95A05" w14:paraId="446FFC3A" w14:textId="77777777" w:rsidTr="00B35292">
        <w:trPr>
          <w:trHeight w:val="484"/>
          <w:jc w:val="center"/>
        </w:trPr>
        <w:tc>
          <w:tcPr>
            <w:tcW w:w="2743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07B77ADF" w14:textId="765761FE" w:rsidR="00C95A05" w:rsidRDefault="00C95A05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29A2F43D" wp14:editId="3338D5C6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105410</wp:posOffset>
                      </wp:positionV>
                      <wp:extent cx="361950" cy="267335"/>
                      <wp:effectExtent l="0" t="0" r="19050" b="18415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584AC8" w14:textId="77777777" w:rsidR="00C95A05" w:rsidRDefault="00C95A05" w:rsidP="00C95A0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A2F4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94.5pt;margin-top:8.3pt;width:28.5pt;height:21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VFDwIAAB4EAAAOAAAAZHJzL2Uyb0RvYy54bWysU9tu2zAMfR+wfxD0vjj3NkacokuXYUB3&#10;Abp9gCzLsTBZ1Cgldvf1oxQ3zW4vw/QgkCJ1SB6S65u+Neyo0GuwBZ+MxpwpK6HSdl/wL593r645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" strokecolor="#c00000">
                      <v:textbox>
                        <w:txbxContent>
                          <w:p w14:paraId="5A584AC8" w14:textId="77777777" w:rsidR="00C95A05" w:rsidRDefault="00C95A05" w:rsidP="00C95A0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3778E99" w14:textId="12E99478" w:rsidR="00C95A05" w:rsidRPr="00C95A05" w:rsidRDefault="00C95A05" w:rsidP="00C95A05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Tutoría </w:t>
            </w:r>
            <w:r w:rsidR="00B35292">
              <w:rPr>
                <w:rFonts w:ascii="Noto Sans" w:hAnsi="Noto Sans" w:cs="Noto Sans"/>
                <w:bCs/>
                <w:sz w:val="20"/>
                <w:szCs w:val="20"/>
              </w:rPr>
              <w:t>Grupal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77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3BA27851" w14:textId="1FB942C2" w:rsidR="00C95A05" w:rsidRDefault="007C7B99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8240" behindDoc="1" locked="0" layoutInCell="1" allowOverlap="1" wp14:anchorId="40FF9CAB" wp14:editId="6FA2F692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105410</wp:posOffset>
                      </wp:positionV>
                      <wp:extent cx="361950" cy="267335"/>
                      <wp:effectExtent l="0" t="0" r="19050" b="18415"/>
                      <wp:wrapTight wrapText="bothSides">
                        <wp:wrapPolygon edited="0">
                          <wp:start x="0" y="0"/>
                          <wp:lineTo x="0" y="21549"/>
                          <wp:lineTo x="21600" y="21549"/>
                          <wp:lineTo x="21600" y="0"/>
                          <wp:lineTo x="0" y="0"/>
                        </wp:wrapPolygon>
                      </wp:wrapTight>
                      <wp:docPr id="158226167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2E263" w14:textId="77777777" w:rsidR="00C95A05" w:rsidRDefault="00C95A05" w:rsidP="00C95A0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F9CAB" id="_x0000_s1027" type="#_x0000_t202" style="position:absolute;left:0;text-align:left;margin-left:94.65pt;margin-top:8.3pt;width:28.5pt;height:21.0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zXSEQIAACUEAAAOAAAAZHJzL2Uyb0RvYy54bWysU9tu2zAMfR+wfxD0vjj3NkacokuXYUB3&#10;Abp9gCzLsTBZ1Cgldvf1oxQ3zW4vw/QgkCJ1SB6S65u+Neyo0GuwBZ+MxpwpK6HSdl/wL593r645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" strokecolor="#c00000">
                      <v:textbox>
                        <w:txbxContent>
                          <w:p w14:paraId="29B2E263" w14:textId="77777777" w:rsidR="00C95A05" w:rsidRDefault="00C95A05" w:rsidP="00C95A05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7226CE4F" w14:textId="3EE5FC86" w:rsidR="00C95A05" w:rsidRDefault="00C95A05" w:rsidP="00C95A05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>Tutoría</w:t>
            </w:r>
            <w:r w:rsidR="00B35292">
              <w:rPr>
                <w:rFonts w:ascii="Noto Sans" w:hAnsi="Noto Sans" w:cs="Noto Sans"/>
                <w:bCs/>
                <w:sz w:val="20"/>
                <w:szCs w:val="20"/>
              </w:rPr>
              <w:t xml:space="preserve"> Individual</w:t>
            </w:r>
          </w:p>
          <w:p w14:paraId="5CA66B6E" w14:textId="5BE4D563" w:rsidR="00C95A05" w:rsidRPr="00C95A05" w:rsidRDefault="00C95A05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</w:p>
        </w:tc>
        <w:tc>
          <w:tcPr>
            <w:tcW w:w="3585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198742B0" w14:textId="26DAB0E4" w:rsidR="00C95A05" w:rsidRDefault="007C7B99" w:rsidP="00C95A05">
            <w:pPr>
              <w:jc w:val="center"/>
              <w:rPr>
                <w:rFonts w:ascii="Noto Sans" w:hAnsi="Noto Sans" w:cs="Noto Sans"/>
                <w:bCs/>
                <w:sz w:val="20"/>
                <w:szCs w:val="20"/>
              </w:rPr>
            </w:pPr>
            <w:r w:rsidRPr="00C95A05">
              <w:rPr>
                <w:rFonts w:ascii="Noto Sans" w:hAnsi="Noto Sans" w:cs="Noto Sans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3F6C1CC2" wp14:editId="462285BB">
                      <wp:simplePos x="0" y="0"/>
                      <wp:positionH relativeFrom="column">
                        <wp:posOffset>1705610</wp:posOffset>
                      </wp:positionH>
                      <wp:positionV relativeFrom="paragraph">
                        <wp:posOffset>123825</wp:posOffset>
                      </wp:positionV>
                      <wp:extent cx="361950" cy="267335"/>
                      <wp:effectExtent l="0" t="0" r="19050" b="18415"/>
                      <wp:wrapTight wrapText="bothSides">
                        <wp:wrapPolygon edited="0">
                          <wp:start x="0" y="0"/>
                          <wp:lineTo x="0" y="21549"/>
                          <wp:lineTo x="21600" y="21549"/>
                          <wp:lineTo x="21600" y="0"/>
                          <wp:lineTo x="0" y="0"/>
                        </wp:wrapPolygon>
                      </wp:wrapTight>
                      <wp:docPr id="151290674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380241" w14:textId="77777777" w:rsidR="007C7B99" w:rsidRDefault="007C7B99" w:rsidP="007C7B9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C1CC2" id="_x0000_s1028" type="#_x0000_t202" style="position:absolute;left:0;text-align:left;margin-left:134.3pt;margin-top:9.75pt;width:28.5pt;height:21.0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" strokecolor="#c00000">
                      <v:textbox>
                        <w:txbxContent>
                          <w:p w14:paraId="45380241" w14:textId="77777777" w:rsidR="007C7B99" w:rsidRDefault="007C7B99" w:rsidP="007C7B99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777451B8" w14:textId="66AABD88" w:rsidR="00C95A05" w:rsidRPr="00C95A05" w:rsidRDefault="00C95A05" w:rsidP="007C7B99">
            <w:pPr>
              <w:rPr>
                <w:rFonts w:ascii="Noto Sans" w:hAnsi="Noto Sans" w:cs="Noto Sans"/>
                <w:bCs/>
                <w:sz w:val="20"/>
                <w:szCs w:val="20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</w:rPr>
              <w:t xml:space="preserve">Tutoría de </w:t>
            </w:r>
            <w:r w:rsidR="007C7B99">
              <w:rPr>
                <w:rFonts w:ascii="Noto Sans" w:hAnsi="Noto Sans" w:cs="Noto Sans"/>
                <w:bCs/>
                <w:sz w:val="20"/>
                <w:szCs w:val="20"/>
              </w:rPr>
              <w:t>R</w:t>
            </w:r>
            <w:r>
              <w:rPr>
                <w:rFonts w:ascii="Noto Sans" w:hAnsi="Noto Sans" w:cs="Noto Sans"/>
                <w:bCs/>
                <w:sz w:val="20"/>
                <w:szCs w:val="20"/>
              </w:rPr>
              <w:t>ecuperación</w:t>
            </w:r>
          </w:p>
        </w:tc>
      </w:tr>
    </w:tbl>
    <w:p w14:paraId="2492C4A6" w14:textId="6C8D5572" w:rsidR="002E233F" w:rsidRDefault="002E233F" w:rsidP="00E23892">
      <w:pPr>
        <w:pStyle w:val="Sinespaciado"/>
        <w:rPr>
          <w:lang w:val="es-MX"/>
        </w:rPr>
      </w:pPr>
    </w:p>
    <w:p w14:paraId="00CBA0EB" w14:textId="77777777" w:rsidR="00056203" w:rsidRDefault="00056203" w:rsidP="00E23892">
      <w:pPr>
        <w:pStyle w:val="Sinespaciado"/>
        <w:rPr>
          <w:lang w:val="es-MX"/>
        </w:rPr>
      </w:pPr>
    </w:p>
    <w:p w14:paraId="02F93CE6" w14:textId="77777777" w:rsidR="00014E3C" w:rsidRDefault="00014E3C" w:rsidP="00E23892">
      <w:pPr>
        <w:pStyle w:val="Sinespaciado"/>
        <w:rPr>
          <w:lang w:val="es-MX"/>
        </w:rPr>
      </w:pPr>
    </w:p>
    <w:p w14:paraId="18212D7A" w14:textId="77777777" w:rsidR="00014E3C" w:rsidRDefault="00014E3C" w:rsidP="00E23892">
      <w:pPr>
        <w:pStyle w:val="Sinespaciado"/>
        <w:rPr>
          <w:lang w:val="es-MX"/>
        </w:rPr>
      </w:pPr>
    </w:p>
    <w:p w14:paraId="151BA372" w14:textId="77777777" w:rsidR="00014E3C" w:rsidRDefault="00014E3C" w:rsidP="00E23892">
      <w:pPr>
        <w:pStyle w:val="Sinespaciado"/>
        <w:rPr>
          <w:lang w:val="es-MX"/>
        </w:rPr>
      </w:pPr>
    </w:p>
    <w:p w14:paraId="76984C8F" w14:textId="77777777" w:rsidR="00014E3C" w:rsidRDefault="00014E3C" w:rsidP="00E23892">
      <w:pPr>
        <w:pStyle w:val="Sinespaciado"/>
        <w:rPr>
          <w:lang w:val="es-MX"/>
        </w:rPr>
      </w:pPr>
    </w:p>
    <w:p w14:paraId="53A9B693" w14:textId="77777777" w:rsidR="00014E3C" w:rsidRDefault="00014E3C" w:rsidP="00E23892">
      <w:pPr>
        <w:pStyle w:val="Sinespaciado"/>
        <w:rPr>
          <w:lang w:val="es-MX"/>
        </w:rPr>
      </w:pPr>
    </w:p>
    <w:p w14:paraId="6938E588" w14:textId="77777777" w:rsidR="00014E3C" w:rsidRDefault="00014E3C" w:rsidP="00E23892">
      <w:pPr>
        <w:pStyle w:val="Sinespaciado"/>
        <w:rPr>
          <w:lang w:val="es-MX"/>
        </w:rPr>
      </w:pPr>
    </w:p>
    <w:p w14:paraId="601A4DE0" w14:textId="77777777" w:rsidR="00014E3C" w:rsidRDefault="00014E3C" w:rsidP="00E23892">
      <w:pPr>
        <w:pStyle w:val="Sinespaciado"/>
        <w:rPr>
          <w:lang w:val="es-MX"/>
        </w:rPr>
      </w:pPr>
    </w:p>
    <w:p w14:paraId="3213FAFD" w14:textId="77777777" w:rsidR="00014E3C" w:rsidRDefault="00014E3C" w:rsidP="00E23892">
      <w:pPr>
        <w:pStyle w:val="Sinespaciado"/>
        <w:rPr>
          <w:lang w:val="es-MX"/>
        </w:rPr>
      </w:pPr>
    </w:p>
    <w:p w14:paraId="1B9D0622" w14:textId="77777777" w:rsidR="00014E3C" w:rsidRDefault="00014E3C" w:rsidP="00E23892">
      <w:pPr>
        <w:pStyle w:val="Sinespaciado"/>
        <w:rPr>
          <w:lang w:val="es-MX"/>
        </w:rPr>
      </w:pPr>
    </w:p>
    <w:p w14:paraId="2CA4F2DC" w14:textId="77777777" w:rsidR="00014E3C" w:rsidRDefault="00014E3C" w:rsidP="00E23892">
      <w:pPr>
        <w:pStyle w:val="Sinespaciado"/>
        <w:rPr>
          <w:lang w:val="es-MX"/>
        </w:rPr>
      </w:pPr>
    </w:p>
    <w:p w14:paraId="265DA36A" w14:textId="77777777" w:rsidR="00014E3C" w:rsidRDefault="00014E3C" w:rsidP="00E23892">
      <w:pPr>
        <w:pStyle w:val="Sinespaciado"/>
        <w:rPr>
          <w:lang w:val="es-MX"/>
        </w:rPr>
      </w:pPr>
    </w:p>
    <w:p w14:paraId="151DBCB7" w14:textId="77777777" w:rsidR="00014E3C" w:rsidRDefault="00014E3C" w:rsidP="00E23892">
      <w:pPr>
        <w:pStyle w:val="Sinespaciado"/>
        <w:rPr>
          <w:lang w:val="es-MX"/>
        </w:rPr>
      </w:pPr>
    </w:p>
    <w:p w14:paraId="3BAB4ED9" w14:textId="77777777" w:rsidR="00014E3C" w:rsidRDefault="00014E3C" w:rsidP="00E23892">
      <w:pPr>
        <w:pStyle w:val="Sinespaciado"/>
        <w:rPr>
          <w:lang w:val="es-MX"/>
        </w:rPr>
      </w:pPr>
    </w:p>
    <w:p w14:paraId="3702E651" w14:textId="77777777" w:rsidR="00014E3C" w:rsidRDefault="00014E3C" w:rsidP="00E23892">
      <w:pPr>
        <w:pStyle w:val="Sinespaciado"/>
        <w:rPr>
          <w:lang w:val="es-MX"/>
        </w:rPr>
      </w:pPr>
    </w:p>
    <w:p w14:paraId="17D900DC" w14:textId="77777777" w:rsidR="00014E3C" w:rsidRDefault="00014E3C" w:rsidP="00E23892">
      <w:pPr>
        <w:pStyle w:val="Sinespaciado"/>
        <w:rPr>
          <w:lang w:val="es-MX"/>
        </w:rPr>
      </w:pPr>
    </w:p>
    <w:p w14:paraId="33AC54BE" w14:textId="77777777" w:rsidR="00014E3C" w:rsidRDefault="00014E3C" w:rsidP="00E23892">
      <w:pPr>
        <w:pStyle w:val="Sinespaciado"/>
        <w:rPr>
          <w:lang w:val="es-MX"/>
        </w:rPr>
      </w:pPr>
    </w:p>
    <w:p w14:paraId="0F75DE96" w14:textId="77777777" w:rsidR="00014E3C" w:rsidRDefault="00014E3C" w:rsidP="00E23892">
      <w:pPr>
        <w:pStyle w:val="Sinespaciado"/>
        <w:rPr>
          <w:lang w:val="es-MX"/>
        </w:rPr>
      </w:pPr>
    </w:p>
    <w:p w14:paraId="7C4C096A" w14:textId="77777777" w:rsidR="00014E3C" w:rsidRDefault="00014E3C" w:rsidP="00E23892">
      <w:pPr>
        <w:pStyle w:val="Sinespaciado"/>
        <w:rPr>
          <w:lang w:val="es-MX"/>
        </w:rPr>
      </w:pPr>
    </w:p>
    <w:p w14:paraId="2F288743" w14:textId="77777777" w:rsidR="00014E3C" w:rsidRDefault="00014E3C" w:rsidP="00E23892">
      <w:pPr>
        <w:pStyle w:val="Sinespaciado"/>
        <w:rPr>
          <w:lang w:val="es-MX"/>
        </w:rPr>
      </w:pPr>
    </w:p>
    <w:p w14:paraId="02B3F528" w14:textId="77777777" w:rsidR="00014E3C" w:rsidRDefault="00014E3C" w:rsidP="00E23892">
      <w:pPr>
        <w:pStyle w:val="Sinespaciado"/>
        <w:rPr>
          <w:lang w:val="es-MX"/>
        </w:rPr>
      </w:pPr>
    </w:p>
    <w:p w14:paraId="7C14550C" w14:textId="77777777" w:rsidR="00014E3C" w:rsidRDefault="00014E3C" w:rsidP="00E23892">
      <w:pPr>
        <w:pStyle w:val="Sinespaciado"/>
        <w:rPr>
          <w:lang w:val="es-MX"/>
        </w:rPr>
      </w:pPr>
    </w:p>
    <w:p w14:paraId="7920DA79" w14:textId="77777777" w:rsidR="00014E3C" w:rsidRDefault="00014E3C" w:rsidP="00E23892">
      <w:pPr>
        <w:pStyle w:val="Sinespaciado"/>
        <w:rPr>
          <w:lang w:val="es-MX"/>
        </w:rPr>
      </w:pPr>
    </w:p>
    <w:p w14:paraId="15D81E78" w14:textId="77777777" w:rsidR="00014E3C" w:rsidRDefault="00014E3C" w:rsidP="00E23892">
      <w:pPr>
        <w:pStyle w:val="Sinespaciado"/>
        <w:rPr>
          <w:lang w:val="es-MX"/>
        </w:rPr>
      </w:pPr>
    </w:p>
    <w:p w14:paraId="1CB6862D" w14:textId="77777777" w:rsidR="00014E3C" w:rsidRDefault="00014E3C" w:rsidP="00E23892">
      <w:pPr>
        <w:pStyle w:val="Sinespaciado"/>
        <w:rPr>
          <w:lang w:val="es-MX"/>
        </w:rPr>
      </w:pPr>
    </w:p>
    <w:p w14:paraId="1B70659E" w14:textId="77777777" w:rsidR="00014E3C" w:rsidRDefault="00014E3C" w:rsidP="00E23892">
      <w:pPr>
        <w:pStyle w:val="Sinespaciado"/>
        <w:rPr>
          <w:lang w:val="es-MX"/>
        </w:rPr>
      </w:pPr>
    </w:p>
    <w:p w14:paraId="41EAE837" w14:textId="77777777" w:rsidR="00014E3C" w:rsidRDefault="00014E3C" w:rsidP="00E23892">
      <w:pPr>
        <w:pStyle w:val="Sinespaciado"/>
        <w:rPr>
          <w:lang w:val="es-MX"/>
        </w:rPr>
      </w:pPr>
    </w:p>
    <w:p w14:paraId="5968136D" w14:textId="77777777" w:rsidR="00014E3C" w:rsidRDefault="00014E3C" w:rsidP="00E23892">
      <w:pPr>
        <w:pStyle w:val="Sinespaciado"/>
        <w:rPr>
          <w:lang w:val="es-MX"/>
        </w:rPr>
      </w:pPr>
    </w:p>
    <w:p w14:paraId="01808091" w14:textId="77777777" w:rsidR="00014E3C" w:rsidRDefault="00014E3C" w:rsidP="00E23892">
      <w:pPr>
        <w:pStyle w:val="Sinespaciado"/>
        <w:rPr>
          <w:lang w:val="es-MX"/>
        </w:rPr>
      </w:pPr>
    </w:p>
    <w:p w14:paraId="4E54CD78" w14:textId="77777777" w:rsidR="00014E3C" w:rsidRDefault="00014E3C" w:rsidP="00E23892">
      <w:pPr>
        <w:pStyle w:val="Sinespaciado"/>
        <w:rPr>
          <w:lang w:val="es-MX"/>
        </w:rPr>
      </w:pPr>
    </w:p>
    <w:p w14:paraId="162ABD87" w14:textId="77777777" w:rsidR="00014E3C" w:rsidRDefault="00014E3C" w:rsidP="00E23892">
      <w:pPr>
        <w:pStyle w:val="Sinespaciado"/>
        <w:rPr>
          <w:lang w:val="es-MX"/>
        </w:rPr>
      </w:pPr>
    </w:p>
    <w:p w14:paraId="52B62D26" w14:textId="77777777" w:rsidR="00014E3C" w:rsidRDefault="00014E3C" w:rsidP="00E23892">
      <w:pPr>
        <w:pStyle w:val="Sinespaciado"/>
        <w:rPr>
          <w:lang w:val="es-MX"/>
        </w:rPr>
      </w:pPr>
    </w:p>
    <w:p w14:paraId="379DAA5C" w14:textId="77777777" w:rsidR="00014E3C" w:rsidRPr="00C95A05" w:rsidRDefault="00014E3C" w:rsidP="00E23892">
      <w:pPr>
        <w:pStyle w:val="Sinespaciado"/>
        <w:rPr>
          <w:lang w:val="es-MX"/>
        </w:rPr>
      </w:pPr>
    </w:p>
    <w:p w14:paraId="07DAC34D" w14:textId="4C3ADD16" w:rsidR="00E23892" w:rsidRPr="00C95A05" w:rsidRDefault="00E23892" w:rsidP="00E23892">
      <w:pPr>
        <w:pStyle w:val="Sinespaciado"/>
        <w:rPr>
          <w:lang w:val="es-MX"/>
        </w:rPr>
      </w:pPr>
      <w:r w:rsidRPr="00C95A05">
        <w:rPr>
          <w:lang w:val="es-MX"/>
        </w:rPr>
        <w:tab/>
      </w:r>
      <w:r w:rsidRPr="00C95A05">
        <w:rPr>
          <w:lang w:val="es-MX"/>
        </w:rPr>
        <w:tab/>
      </w:r>
      <w:r w:rsidRPr="00C95A05">
        <w:rPr>
          <w:lang w:val="es-MX"/>
        </w:rPr>
        <w:tab/>
      </w:r>
      <w:r w:rsidRPr="00C95A05">
        <w:rPr>
          <w:lang w:val="es-MX"/>
        </w:rPr>
        <w:tab/>
      </w:r>
    </w:p>
    <w:p w14:paraId="1B1F60A9" w14:textId="6C546E1F" w:rsidR="00E23892" w:rsidRDefault="00D707B4" w:rsidP="00E23892">
      <w:pPr>
        <w:jc w:val="center"/>
      </w:pPr>
      <w:r w:rsidRPr="00C95A05">
        <w:t>Firma de la Tutora o Tutor</w:t>
      </w:r>
      <w:r w:rsidR="00E23892" w:rsidRPr="00C95A05">
        <w:br/>
        <w:t>(Correo, número de empleado, nombre)</w:t>
      </w:r>
    </w:p>
    <w:p w14:paraId="4CF82765" w14:textId="26AC9B40" w:rsidR="00014E3C" w:rsidRPr="00014E3C" w:rsidRDefault="00014E3C" w:rsidP="00014E3C">
      <w:pPr>
        <w:rPr>
          <w:b/>
          <w:bCs/>
          <w:sz w:val="18"/>
          <w:szCs w:val="18"/>
        </w:rPr>
      </w:pPr>
      <w:r w:rsidRPr="00014E3C">
        <w:rPr>
          <w:b/>
          <w:bCs/>
          <w:sz w:val="18"/>
          <w:szCs w:val="18"/>
        </w:rPr>
        <w:t xml:space="preserve">*Cada evidencia debe llevar </w:t>
      </w:r>
      <w:r w:rsidR="005C25B2" w:rsidRPr="00014E3C">
        <w:rPr>
          <w:b/>
          <w:bCs/>
          <w:sz w:val="18"/>
          <w:szCs w:val="18"/>
        </w:rPr>
        <w:t>al pie</w:t>
      </w:r>
      <w:r w:rsidR="005C25B2">
        <w:rPr>
          <w:b/>
          <w:bCs/>
          <w:sz w:val="18"/>
          <w:szCs w:val="18"/>
        </w:rPr>
        <w:t xml:space="preserve">  una </w:t>
      </w:r>
      <w:r w:rsidR="005C25B2" w:rsidRPr="00014E3C">
        <w:rPr>
          <w:b/>
          <w:bCs/>
          <w:sz w:val="18"/>
          <w:szCs w:val="18"/>
        </w:rPr>
        <w:t xml:space="preserve"> </w:t>
      </w:r>
      <w:r w:rsidRPr="00014E3C">
        <w:rPr>
          <w:b/>
          <w:bCs/>
          <w:sz w:val="18"/>
          <w:szCs w:val="18"/>
        </w:rPr>
        <w:t>breve explica</w:t>
      </w:r>
      <w:r w:rsidR="005C25B2">
        <w:rPr>
          <w:b/>
          <w:bCs/>
          <w:sz w:val="18"/>
          <w:szCs w:val="18"/>
        </w:rPr>
        <w:t>ción</w:t>
      </w:r>
      <w:r w:rsidRPr="00014E3C">
        <w:rPr>
          <w:b/>
          <w:bCs/>
          <w:sz w:val="18"/>
          <w:szCs w:val="18"/>
        </w:rPr>
        <w:t xml:space="preserve">. </w:t>
      </w:r>
    </w:p>
    <w:sectPr w:rsidR="00014E3C" w:rsidRPr="00014E3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FC4D" w14:textId="77777777" w:rsidR="00597667" w:rsidRPr="00C95A05" w:rsidRDefault="00597667" w:rsidP="00E23892">
      <w:pPr>
        <w:spacing w:after="0" w:line="240" w:lineRule="auto"/>
      </w:pPr>
      <w:r w:rsidRPr="00C95A05">
        <w:separator/>
      </w:r>
    </w:p>
  </w:endnote>
  <w:endnote w:type="continuationSeparator" w:id="0">
    <w:p w14:paraId="40C917D9" w14:textId="77777777" w:rsidR="00597667" w:rsidRPr="00C95A05" w:rsidRDefault="00597667" w:rsidP="00E23892">
      <w:pPr>
        <w:spacing w:after="0" w:line="240" w:lineRule="auto"/>
      </w:pPr>
      <w:r w:rsidRPr="00C95A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7A74" w14:textId="77777777" w:rsidR="00597667" w:rsidRPr="00C95A05" w:rsidRDefault="00597667" w:rsidP="00E23892">
      <w:pPr>
        <w:spacing w:after="0" w:line="240" w:lineRule="auto"/>
      </w:pPr>
      <w:r w:rsidRPr="00C95A05">
        <w:separator/>
      </w:r>
    </w:p>
  </w:footnote>
  <w:footnote w:type="continuationSeparator" w:id="0">
    <w:p w14:paraId="2376BA7B" w14:textId="77777777" w:rsidR="00597667" w:rsidRPr="00C95A05" w:rsidRDefault="00597667" w:rsidP="00E23892">
      <w:pPr>
        <w:spacing w:after="0" w:line="240" w:lineRule="auto"/>
      </w:pPr>
      <w:r w:rsidRPr="00C95A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6ABE7" w14:textId="4B887EE5" w:rsidR="00E23892" w:rsidRPr="00C95A05" w:rsidRDefault="00E23892">
    <w:pPr>
      <w:pStyle w:val="Encabezado"/>
    </w:pPr>
    <w:r w:rsidRPr="00C95A05">
      <w:rPr>
        <w:noProof/>
      </w:rPr>
      <w:drawing>
        <wp:anchor distT="0" distB="0" distL="114300" distR="114300" simplePos="0" relativeHeight="251639296" behindDoc="0" locked="0" layoutInCell="1" allowOverlap="1" wp14:anchorId="59CE7269" wp14:editId="17757D9B">
          <wp:simplePos x="0" y="0"/>
          <wp:positionH relativeFrom="column">
            <wp:posOffset>5041900</wp:posOffset>
          </wp:positionH>
          <wp:positionV relativeFrom="paragraph">
            <wp:posOffset>-233409</wp:posOffset>
          </wp:positionV>
          <wp:extent cx="444787" cy="684065"/>
          <wp:effectExtent l="0" t="0" r="0" b="1905"/>
          <wp:wrapThrough wrapText="bothSides">
            <wp:wrapPolygon edited="0">
              <wp:start x="5554" y="0"/>
              <wp:lineTo x="0" y="3610"/>
              <wp:lineTo x="0" y="15643"/>
              <wp:lineTo x="1851" y="19253"/>
              <wp:lineTo x="5554" y="21058"/>
              <wp:lineTo x="14811" y="21058"/>
              <wp:lineTo x="18514" y="19253"/>
              <wp:lineTo x="20366" y="15643"/>
              <wp:lineTo x="20366" y="3610"/>
              <wp:lineTo x="14811" y="0"/>
              <wp:lineTo x="5554" y="0"/>
            </wp:wrapPolygon>
          </wp:wrapThrough>
          <wp:docPr id="26" name="Imagen 25">
            <a:extLst xmlns:a="http://schemas.openxmlformats.org/drawingml/2006/main">
              <a:ext uri="{FF2B5EF4-FFF2-40B4-BE49-F238E27FC236}">
                <a16:creationId xmlns:a16="http://schemas.microsoft.com/office/drawing/2014/main" id="{3D45CA7F-4E79-A269-8B48-FB485C3A2C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5">
                    <a:extLst>
                      <a:ext uri="{FF2B5EF4-FFF2-40B4-BE49-F238E27FC236}">
                        <a16:creationId xmlns:a16="http://schemas.microsoft.com/office/drawing/2014/main" id="{3D45CA7F-4E79-A269-8B48-FB485C3A2C7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787" cy="68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5A05">
      <w:rPr>
        <w:noProof/>
      </w:rPr>
      <w:drawing>
        <wp:anchor distT="0" distB="0" distL="114300" distR="114300" simplePos="0" relativeHeight="251638272" behindDoc="0" locked="0" layoutInCell="1" allowOverlap="1" wp14:anchorId="05363CAF" wp14:editId="10143978">
          <wp:simplePos x="0" y="0"/>
          <wp:positionH relativeFrom="column">
            <wp:posOffset>-222250</wp:posOffset>
          </wp:positionH>
          <wp:positionV relativeFrom="paragraph">
            <wp:posOffset>-171450</wp:posOffset>
          </wp:positionV>
          <wp:extent cx="2362200" cy="621665"/>
          <wp:effectExtent l="0" t="0" r="0" b="6985"/>
          <wp:wrapThrough wrapText="bothSides">
            <wp:wrapPolygon edited="0">
              <wp:start x="523" y="0"/>
              <wp:lineTo x="0" y="662"/>
              <wp:lineTo x="0" y="19857"/>
              <wp:lineTo x="697" y="21181"/>
              <wp:lineTo x="2961" y="21181"/>
              <wp:lineTo x="2961" y="21181"/>
              <wp:lineTo x="20555" y="14562"/>
              <wp:lineTo x="21077" y="10590"/>
              <wp:lineTo x="21077" y="5957"/>
              <wp:lineTo x="3658" y="0"/>
              <wp:lineTo x="523" y="0"/>
            </wp:wrapPolygon>
          </wp:wrapThrough>
          <wp:docPr id="11" name="object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ject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62200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860FEE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39277BA"/>
    <w:multiLevelType w:val="hybridMultilevel"/>
    <w:tmpl w:val="0A40B6A4"/>
    <w:lvl w:ilvl="0" w:tplc="35009D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949649">
    <w:abstractNumId w:val="8"/>
  </w:num>
  <w:num w:numId="2" w16cid:durableId="1792820989">
    <w:abstractNumId w:val="6"/>
  </w:num>
  <w:num w:numId="3" w16cid:durableId="706106860">
    <w:abstractNumId w:val="5"/>
  </w:num>
  <w:num w:numId="4" w16cid:durableId="501362130">
    <w:abstractNumId w:val="4"/>
  </w:num>
  <w:num w:numId="5" w16cid:durableId="350491744">
    <w:abstractNumId w:val="7"/>
  </w:num>
  <w:num w:numId="6" w16cid:durableId="427654856">
    <w:abstractNumId w:val="3"/>
  </w:num>
  <w:num w:numId="7" w16cid:durableId="2069330919">
    <w:abstractNumId w:val="2"/>
  </w:num>
  <w:num w:numId="8" w16cid:durableId="1008795753">
    <w:abstractNumId w:val="1"/>
  </w:num>
  <w:num w:numId="9" w16cid:durableId="927154711">
    <w:abstractNumId w:val="0"/>
  </w:num>
  <w:num w:numId="10" w16cid:durableId="18177247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E3C"/>
    <w:rsid w:val="00034616"/>
    <w:rsid w:val="00056203"/>
    <w:rsid w:val="0006063C"/>
    <w:rsid w:val="00105C82"/>
    <w:rsid w:val="00141563"/>
    <w:rsid w:val="0015074B"/>
    <w:rsid w:val="00225916"/>
    <w:rsid w:val="0029639D"/>
    <w:rsid w:val="002E233F"/>
    <w:rsid w:val="00326F90"/>
    <w:rsid w:val="00385A17"/>
    <w:rsid w:val="00454F42"/>
    <w:rsid w:val="00534E01"/>
    <w:rsid w:val="005970D4"/>
    <w:rsid w:val="00597667"/>
    <w:rsid w:val="005C25B2"/>
    <w:rsid w:val="005C273A"/>
    <w:rsid w:val="005C6F5A"/>
    <w:rsid w:val="00705445"/>
    <w:rsid w:val="0078131A"/>
    <w:rsid w:val="007C7B99"/>
    <w:rsid w:val="00A51A6E"/>
    <w:rsid w:val="00A76B7F"/>
    <w:rsid w:val="00AA1D8D"/>
    <w:rsid w:val="00B35292"/>
    <w:rsid w:val="00B47730"/>
    <w:rsid w:val="00C45C99"/>
    <w:rsid w:val="00C61930"/>
    <w:rsid w:val="00C95A05"/>
    <w:rsid w:val="00CB0664"/>
    <w:rsid w:val="00D707B4"/>
    <w:rsid w:val="00E23892"/>
    <w:rsid w:val="00EF4B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C7A14D"/>
  <w14:defaultImageDpi w14:val="330"/>
  <w15:docId w15:val="{3104CD5A-ED66-417A-8755-5CB14788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Veronica del Carmen Alvarez Alvarez</cp:lastModifiedBy>
  <cp:revision>5</cp:revision>
  <dcterms:created xsi:type="dcterms:W3CDTF">2026-07-10T18:11:00Z</dcterms:created>
  <dcterms:modified xsi:type="dcterms:W3CDTF">2026-07-12T21:30:00Z</dcterms:modified>
  <cp:category/>
</cp:coreProperties>
</file>